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퇴사자 처리 체크리스트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퇴사자의 인수인계·자산·권한·급여·보험 처리를 분리하여 관리합니다.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관리번호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[CHK-YYYYMM-번호]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회사·사업장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[회사명]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대상기간·직원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[기간 / 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제출·처리기한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작성담당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연락처]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검토자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퇴사자 처리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1984"/>
        <w:gridCol w:w="4535"/>
        <w:gridCol w:w="3345"/>
      </w:tblGrid>
      <w:tr>
        <w:trPr>
          <w:tblHeader/>
        </w:trPr>
        <w:tc>
          <w:tcPr>
            <w:tcW w:type="dxa" w:w="198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확인항목</w:t>
            </w:r>
          </w:p>
        </w:tc>
        <w:tc>
          <w:tcPr>
            <w:tcW w:type="dxa" w:w="45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확인할 내용</w:t>
            </w:r>
          </w:p>
        </w:tc>
        <w:tc>
          <w:tcPr>
            <w:tcW w:type="dxa" w:w="334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처리상태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퇴사 정보 확정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퇴사사유·마지막근무일·퇴직일 확인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의사·서류 확인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해당 퇴사유형에 필요한 서류 확인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업무인수인계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진행업무·기한·자료·거래처 인계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회사자산 회수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기기·출입카드·법인카드·비품 반납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접근권한 회수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계정·메일·저장소·금융권한 정리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개인자료 처리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업무자료 보존 및 개인자료 분리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마지막 급여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근태·미지급급여·확정 공제 정산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연차 정산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부여·사용·정산 대상 및 금액 확인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퇴직급여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대상·제도·계산·지급계좌·지급일 확인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보험 상실·정산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보험별 자격일·보수·신고·접수 확인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정산자료 교부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급여명세·원천징수·정산내역 전달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경력 등 증명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요청된 증명서 내용·교부 확인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외부업무 정리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거래처 담당변경·위임·대외권한 정리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완료·보존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미결 업무 담당 지정·자료 보관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보완·미완료 사항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미완료 항목: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[항목 / 사유 / 추가자료]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br/>
        <w:t xml:space="preserve">보완담당·기한: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YYYY-MM-DD]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전달·처리 위치: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[경로]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최종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>□ 제출·처리 항목을 모두 확인했습니다.  □ 해당없음 항목의 사유를 확인했습니다.</w:t>
        <w:br/>
        <w:t xml:space="preserve">작성자: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검토자: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완료일: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[일자]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퇴사자 처리 체크리스트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기본정보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주식회사 예시 / 대상기간 또는 직원: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[해당 기간·성명]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 / 담당 김민준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완료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퇴사 정보 확정 확인 완료, 자료 저장 후 처리일 기록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보완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의사·서류 확인 일부 자료 미제출. 담당자 이서연에게 9월 15일까지 보완 요청.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해당없음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해당 거래·대상이 없는 항목은 해당없음으로 표시하고 사유를 기록합니다.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최종 처리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보완자료 수령 후 원자료와 대조, 검토자 확인 및 제출·처리완료일 기록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083  퇴사자 처리 체크리스트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083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퇴사자 처리 체크리스트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